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996C3C" w14:textId="251BCF87" w:rsidR="009C65BC" w:rsidRDefault="00EA518E">
      <w:pPr>
        <w:jc w:val="center"/>
      </w:pPr>
      <w:bookmarkStart w:id="0" w:name="_GoBack"/>
      <w:bookmarkEnd w:id="0"/>
      <w:r>
        <w:rPr>
          <w:b/>
          <w:sz w:val="28"/>
        </w:rPr>
        <w:t>KARTA ZWOLNIENIA UCZNIA NIEPEŁNOLETNIEGO</w:t>
      </w:r>
    </w:p>
    <w:p w14:paraId="11DA294B" w14:textId="77777777" w:rsidR="009C65BC" w:rsidRDefault="00EA518E">
      <w:pPr>
        <w:jc w:val="center"/>
      </w:pPr>
      <w:r>
        <w:rPr>
          <w:i/>
          <w:sz w:val="20"/>
        </w:rPr>
        <w:t>z zajęć lekcyjnych</w:t>
      </w:r>
    </w:p>
    <w:p w14:paraId="796EE082" w14:textId="77777777" w:rsidR="009C65BC" w:rsidRDefault="00EA518E">
      <w:pPr>
        <w:jc w:val="right"/>
      </w:pPr>
      <w:r>
        <w:rPr>
          <w:b/>
        </w:rPr>
        <w:t xml:space="preserve">Miejscowość i data: </w:t>
      </w:r>
      <w:r>
        <w:t>........................................................</w:t>
      </w:r>
    </w:p>
    <w:p w14:paraId="2DA7D942" w14:textId="77777777" w:rsidR="009C65BC" w:rsidRDefault="00EA518E">
      <w:r>
        <w:rPr>
          <w:b/>
          <w:sz w:val="21"/>
        </w:rPr>
        <w:t>DANE UCZNIA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236"/>
      </w:tblGrid>
      <w:tr w:rsidR="009C65BC" w14:paraId="5E7432A6" w14:textId="77777777">
        <w:trPr>
          <w:cantSplit/>
          <w:jc w:val="center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B468089" w14:textId="77777777" w:rsidR="009C65BC" w:rsidRDefault="00EA518E">
            <w:r>
              <w:rPr>
                <w:b/>
              </w:rPr>
              <w:t>Imię i nazwisko: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7ABDCD26" w14:textId="77777777" w:rsidR="009C65BC" w:rsidRDefault="00EA518E">
            <w:r>
              <w:t>........................................................................................</w:t>
            </w:r>
          </w:p>
        </w:tc>
      </w:tr>
      <w:tr w:rsidR="009C65BC" w14:paraId="39600136" w14:textId="77777777">
        <w:trPr>
          <w:cantSplit/>
          <w:jc w:val="center"/>
        </w:trPr>
        <w:tc>
          <w:tcPr>
            <w:tcW w:w="2835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2AC7F049" w14:textId="399D930C" w:rsidR="009C65BC" w:rsidRPr="002D3786" w:rsidRDefault="00EA518E">
            <w:pPr>
              <w:rPr>
                <w:lang w:val="pl-PL"/>
              </w:rPr>
            </w:pPr>
            <w:r w:rsidRPr="002D3786">
              <w:rPr>
                <w:b/>
                <w:lang w:val="pl-PL"/>
              </w:rPr>
              <w:t>Klasa</w:t>
            </w:r>
            <w:r w:rsidR="002D3786" w:rsidRPr="002D3786">
              <w:rPr>
                <w:b/>
                <w:lang w:val="pl-PL"/>
              </w:rPr>
              <w:t>:</w:t>
            </w:r>
          </w:p>
        </w:tc>
        <w:tc>
          <w:tcPr>
            <w:tcW w:w="623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5359DC29" w14:textId="77777777" w:rsidR="009C65BC" w:rsidRDefault="00EA518E">
            <w:r>
              <w:t>................................................</w:t>
            </w:r>
          </w:p>
        </w:tc>
      </w:tr>
    </w:tbl>
    <w:p w14:paraId="331B592C" w14:textId="77777777" w:rsidR="009C65BC" w:rsidRDefault="009C65BC"/>
    <w:p w14:paraId="3B38BDAF" w14:textId="77777777" w:rsidR="009C65BC" w:rsidRPr="002D3786" w:rsidRDefault="00EA518E">
      <w:pPr>
        <w:rPr>
          <w:lang w:val="pl-PL"/>
        </w:rPr>
      </w:pPr>
      <w:r w:rsidRPr="002D3786">
        <w:rPr>
          <w:b/>
          <w:sz w:val="21"/>
          <w:lang w:val="pl-PL"/>
        </w:rPr>
        <w:t>WNIOSEK O ZWOLNIENIE</w:t>
      </w:r>
    </w:p>
    <w:p w14:paraId="0AD1AE1B" w14:textId="77777777" w:rsidR="009C65BC" w:rsidRPr="002D3786" w:rsidRDefault="00EA518E">
      <w:pPr>
        <w:spacing w:after="80"/>
        <w:rPr>
          <w:lang w:val="pl-PL"/>
        </w:rPr>
      </w:pPr>
      <w:r w:rsidRPr="002D3786">
        <w:rPr>
          <w:lang w:val="pl-PL"/>
        </w:rPr>
        <w:t xml:space="preserve">Zwracam się z prośbą o zwolnienie mojego dziecka z zajęć lekcyjnych w dniu </w:t>
      </w:r>
      <w:r w:rsidRPr="002D3786">
        <w:rPr>
          <w:b/>
          <w:lang w:val="pl-PL"/>
        </w:rPr>
        <w:t>........................................</w:t>
      </w:r>
      <w:r w:rsidRPr="002D3786">
        <w:rPr>
          <w:lang w:val="pl-PL"/>
        </w:rPr>
        <w:t xml:space="preserve"> w godzinach </w:t>
      </w:r>
      <w:r w:rsidRPr="002D3786">
        <w:rPr>
          <w:b/>
          <w:lang w:val="pl-PL"/>
        </w:rPr>
        <w:t>.................... – ....................</w:t>
      </w:r>
      <w:r w:rsidRPr="002D3786">
        <w:rPr>
          <w:lang w:val="pl-PL"/>
        </w:rPr>
        <w:t>.</w:t>
      </w:r>
    </w:p>
    <w:p w14:paraId="2910F8E2" w14:textId="77777777" w:rsidR="009C65BC" w:rsidRPr="002D3786" w:rsidRDefault="00EA518E">
      <w:pPr>
        <w:rPr>
          <w:lang w:val="pl-PL"/>
        </w:rPr>
      </w:pPr>
      <w:r w:rsidRPr="002D3786">
        <w:rPr>
          <w:b/>
          <w:lang w:val="pl-PL"/>
        </w:rPr>
        <w:t xml:space="preserve">Powód zwolnienia: </w:t>
      </w:r>
      <w:r w:rsidRPr="002D3786">
        <w:rPr>
          <w:lang w:val="pl-PL"/>
        </w:rPr>
        <w:t>....................................................................................................................</w:t>
      </w:r>
    </w:p>
    <w:p w14:paraId="0B28BCFD" w14:textId="77777777" w:rsidR="009C65BC" w:rsidRPr="002D3786" w:rsidRDefault="00EA518E">
      <w:pPr>
        <w:rPr>
          <w:lang w:val="pl-PL"/>
        </w:rPr>
      </w:pPr>
      <w:r w:rsidRPr="002D3786">
        <w:rPr>
          <w:b/>
          <w:lang w:val="pl-PL"/>
        </w:rPr>
        <w:t>Sposób opuszczenia szkoły po zwolnieniu:</w:t>
      </w:r>
    </w:p>
    <w:tbl>
      <w:tblPr>
        <w:tblW w:w="0" w:type="auto"/>
        <w:jc w:val="center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3397"/>
        <w:gridCol w:w="3396"/>
        <w:gridCol w:w="3397"/>
      </w:tblGrid>
      <w:tr w:rsidR="009C65BC" w:rsidRPr="002D3786" w14:paraId="29FB3119" w14:textId="77777777">
        <w:trPr>
          <w:cantSplit/>
          <w:jc w:val="center"/>
        </w:trPr>
        <w:tc>
          <w:tcPr>
            <w:tcW w:w="34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34E6E2F1" w14:textId="77777777" w:rsidR="009C65BC" w:rsidRPr="002D3786" w:rsidRDefault="00EA518E">
            <w:pPr>
              <w:rPr>
                <w:lang w:val="pl-PL"/>
              </w:rPr>
            </w:pPr>
            <w:r w:rsidRPr="002D3786">
              <w:rPr>
                <w:lang w:val="pl-PL"/>
              </w:rPr>
              <w:t>☐ samodzielne opuszczenie szkoły</w:t>
            </w:r>
          </w:p>
        </w:tc>
        <w:tc>
          <w:tcPr>
            <w:tcW w:w="34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189D17C3" w14:textId="77777777" w:rsidR="009C65BC" w:rsidRPr="002D3786" w:rsidRDefault="00EA518E">
            <w:pPr>
              <w:rPr>
                <w:lang w:val="pl-PL"/>
              </w:rPr>
            </w:pPr>
            <w:r w:rsidRPr="002D3786">
              <w:rPr>
                <w:lang w:val="pl-PL"/>
              </w:rPr>
              <w:t>☐ odbiór przez rodzica / opiekuna prawnego</w:t>
            </w:r>
          </w:p>
        </w:tc>
        <w:tc>
          <w:tcPr>
            <w:tcW w:w="3400" w:type="dxa"/>
            <w:tcMar>
              <w:top w:w="50" w:type="dxa"/>
              <w:left w:w="60" w:type="dxa"/>
              <w:bottom w:w="50" w:type="dxa"/>
              <w:right w:w="60" w:type="dxa"/>
            </w:tcMar>
          </w:tcPr>
          <w:p w14:paraId="5DA55001" w14:textId="77777777" w:rsidR="009C65BC" w:rsidRPr="002D3786" w:rsidRDefault="00EA518E">
            <w:pPr>
              <w:rPr>
                <w:lang w:val="pl-PL"/>
              </w:rPr>
            </w:pPr>
            <w:r w:rsidRPr="002D3786">
              <w:rPr>
                <w:lang w:val="pl-PL"/>
              </w:rPr>
              <w:t>☐ odbiór przez inną upoważnioną osobę</w:t>
            </w:r>
          </w:p>
        </w:tc>
      </w:tr>
    </w:tbl>
    <w:p w14:paraId="249753CA" w14:textId="6D1F0973" w:rsidR="009C65BC" w:rsidRPr="002D3786" w:rsidRDefault="00EA518E">
      <w:pPr>
        <w:spacing w:before="100" w:after="60"/>
        <w:rPr>
          <w:lang w:val="pl-PL"/>
        </w:rPr>
      </w:pPr>
      <w:r w:rsidRPr="002D3786">
        <w:rPr>
          <w:b/>
          <w:sz w:val="21"/>
          <w:lang w:val="pl-PL"/>
        </w:rPr>
        <w:t xml:space="preserve">OŚWIADCZENIE RODZICA / OPIEKUNA </w:t>
      </w:r>
    </w:p>
    <w:p w14:paraId="5C763FB4" w14:textId="6F4CE5BB" w:rsidR="009C65BC" w:rsidRPr="00FE6160" w:rsidRDefault="00EA518E" w:rsidP="00FF4AA2">
      <w:pPr>
        <w:spacing w:after="80"/>
        <w:jc w:val="both"/>
        <w:rPr>
          <w:lang w:val="pl-PL"/>
        </w:rPr>
      </w:pPr>
      <w:r w:rsidRPr="00FE6160">
        <w:rPr>
          <w:lang w:val="pl-PL"/>
        </w:rPr>
        <w:t>Oświadczam, że jestem rodzicem / opiekunem wskazanego wyżej ucznia</w:t>
      </w:r>
      <w:r w:rsidR="00FF4AA2" w:rsidRPr="00FE6160">
        <w:rPr>
          <w:lang w:val="pl-PL"/>
        </w:rPr>
        <w:t xml:space="preserve"> i biorę  za niego pełną odpowiedzialność w tym czasie</w:t>
      </w:r>
      <w:r w:rsidR="002D3786" w:rsidRPr="00FE6160">
        <w:rPr>
          <w:lang w:val="pl-PL"/>
        </w:rPr>
        <w:t xml:space="preserve">. </w:t>
      </w:r>
      <w:r w:rsidRPr="00FE6160">
        <w:rPr>
          <w:lang w:val="pl-PL"/>
        </w:rPr>
        <w:t>Przyjmuję do wiadomości zasady określone przez szkołę dotyczące składania i obiegu niniejszego zwolnienia.</w:t>
      </w:r>
      <w:r w:rsidR="00FF4AA2" w:rsidRPr="00FE6160">
        <w:rPr>
          <w:lang w:val="pl-PL"/>
        </w:rPr>
        <w:t xml:space="preserve"> </w:t>
      </w:r>
    </w:p>
    <w:p w14:paraId="2A7BC2EC" w14:textId="11FC9797" w:rsidR="009C65BC" w:rsidRDefault="002D3786" w:rsidP="002D3786">
      <w:pPr>
        <w:jc w:val="right"/>
      </w:pPr>
      <w:r>
        <w:t>………………………………………………………………………………</w:t>
      </w:r>
    </w:p>
    <w:p w14:paraId="214AF53E" w14:textId="53AF2151" w:rsidR="002D3786" w:rsidRPr="002D3786" w:rsidRDefault="00EA518E">
      <w:pPr>
        <w:rPr>
          <w:b/>
          <w:sz w:val="21"/>
        </w:rPr>
      </w:pPr>
      <w:r>
        <w:rPr>
          <w:b/>
          <w:sz w:val="21"/>
        </w:rPr>
        <w:t>ZGODA DYREKCJI SZKOŁY</w:t>
      </w:r>
    </w:p>
    <w:p w14:paraId="1A9DCCEE" w14:textId="77777777" w:rsidR="009C65BC" w:rsidRDefault="00EA518E">
      <w:pPr>
        <w:spacing w:after="60"/>
      </w:pPr>
      <w:r>
        <w:t xml:space="preserve">Wyrażam zgodę na zwolnienie ucznia z zajęć lekcyjnych w terminie </w:t>
      </w:r>
      <w:r w:rsidRPr="002D3786">
        <w:rPr>
          <w:lang w:val="pl-PL"/>
        </w:rPr>
        <w:t>wskazanym w niniejszym formularzu.</w:t>
      </w:r>
    </w:p>
    <w:p w14:paraId="241F842A" w14:textId="41B45487" w:rsidR="002D3786" w:rsidRDefault="002D3786">
      <w:pPr>
        <w:spacing w:after="60"/>
      </w:pPr>
      <w:r>
        <w:t>……………………………………………………………………</w:t>
      </w:r>
    </w:p>
    <w:p w14:paraId="44E73AB6" w14:textId="68C72DD4" w:rsidR="002D3786" w:rsidRDefault="002D3786">
      <w:pPr>
        <w:spacing w:after="60"/>
      </w:pPr>
    </w:p>
    <w:p w14:paraId="4805507B" w14:textId="77777777" w:rsidR="009C65BC" w:rsidRDefault="009C65BC"/>
    <w:p w14:paraId="0EED4C76" w14:textId="77777777" w:rsidR="009C65BC" w:rsidRDefault="00EA518E">
      <w:r>
        <w:rPr>
          <w:b/>
          <w:sz w:val="21"/>
        </w:rPr>
        <w:t>OBIEG ZWOLNIENIA</w:t>
      </w:r>
    </w:p>
    <w:p w14:paraId="409B132C" w14:textId="33AA540B" w:rsidR="009C65BC" w:rsidRPr="00FE6160" w:rsidRDefault="00FE6160">
      <w:pPr>
        <w:spacing w:after="60"/>
        <w:rPr>
          <w:lang w:val="pl-PL"/>
        </w:rPr>
      </w:pPr>
      <w:r w:rsidRPr="00FE6160">
        <w:rPr>
          <w:lang w:val="pl-PL"/>
        </w:rPr>
        <w:t>Zwolnienie należy dostarczyć nauczycielowi prowadzącemu lekcję, z której uczeń ma zostać zwolniony. Nauczyciel przekazuje otrzymany dokument do sekretariatu uczniowskiego.</w:t>
      </w:r>
    </w:p>
    <w:p w14:paraId="2866F321" w14:textId="77777777" w:rsidR="00FE6160" w:rsidRDefault="00FE6160">
      <w:pPr>
        <w:spacing w:after="60"/>
      </w:pP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ook w:val="04A0" w:firstRow="1" w:lastRow="0" w:firstColumn="1" w:lastColumn="0" w:noHBand="0" w:noVBand="1"/>
      </w:tblPr>
      <w:tblGrid>
        <w:gridCol w:w="5092"/>
        <w:gridCol w:w="5092"/>
      </w:tblGrid>
      <w:tr w:rsidR="009C65BC" w14:paraId="07500BB1" w14:textId="77777777">
        <w:trPr>
          <w:cantSplit/>
          <w:jc w:val="center"/>
        </w:trPr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183B63B1" w14:textId="77777777" w:rsidR="009C65BC" w:rsidRDefault="00EA518E">
            <w:r>
              <w:rPr>
                <w:b/>
              </w:rPr>
              <w:t>Potwierdzenie przyjęcia przez nauczyciela</w:t>
            </w:r>
          </w:p>
        </w:tc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396C3593" w14:textId="77777777" w:rsidR="009C65BC" w:rsidRDefault="00EA518E">
            <w:r>
              <w:rPr>
                <w:b/>
              </w:rPr>
              <w:t>Potwierdzenie przyjęcia przez sekretariat uczniowski</w:t>
            </w:r>
          </w:p>
        </w:tc>
      </w:tr>
      <w:tr w:rsidR="009C65BC" w14:paraId="55DE09C7" w14:textId="77777777">
        <w:trPr>
          <w:cantSplit/>
          <w:jc w:val="center"/>
        </w:trPr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24DD3D20" w14:textId="77777777" w:rsidR="009C65BC" w:rsidRDefault="00EA518E">
            <w:r>
              <w:t>Data i godzina: ........................................</w:t>
            </w:r>
            <w:r>
              <w:br/>
              <w:t>Podpis: ........................................................</w:t>
            </w:r>
          </w:p>
        </w:tc>
        <w:tc>
          <w:tcPr>
            <w:tcW w:w="5100" w:type="dxa"/>
            <w:tcMar>
              <w:top w:w="50" w:type="dxa"/>
              <w:left w:w="70" w:type="dxa"/>
              <w:bottom w:w="50" w:type="dxa"/>
              <w:right w:w="70" w:type="dxa"/>
            </w:tcMar>
          </w:tcPr>
          <w:p w14:paraId="567EB476" w14:textId="77777777" w:rsidR="009C65BC" w:rsidRDefault="00EA518E">
            <w:r>
              <w:t>Data: .........................................................</w:t>
            </w:r>
            <w:r>
              <w:br/>
              <w:t>Podpis: ........................................................</w:t>
            </w:r>
          </w:p>
        </w:tc>
      </w:tr>
    </w:tbl>
    <w:p w14:paraId="4229FB3F" w14:textId="77777777" w:rsidR="009C65BC" w:rsidRDefault="00EA518E">
      <w:pPr>
        <w:spacing w:before="100"/>
        <w:jc w:val="center"/>
      </w:pPr>
      <w:r>
        <w:rPr>
          <w:i/>
          <w:sz w:val="17"/>
        </w:rPr>
        <w:t>Dokument należy wypełnić czytelnie i przedłożyć z wymaganymi podpisami.</w:t>
      </w:r>
    </w:p>
    <w:sectPr w:rsidR="009C65BC" w:rsidSect="00034616">
      <w:pgSz w:w="12240" w:h="15840"/>
      <w:pgMar w:top="794" w:right="1020" w:bottom="79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2D3786"/>
    <w:rsid w:val="00326F90"/>
    <w:rsid w:val="009C65BC"/>
    <w:rsid w:val="009E56E5"/>
    <w:rsid w:val="00AA1D8D"/>
    <w:rsid w:val="00AF7143"/>
    <w:rsid w:val="00B47730"/>
    <w:rsid w:val="00CB0664"/>
    <w:rsid w:val="00D46DE4"/>
    <w:rsid w:val="00EA518E"/>
    <w:rsid w:val="00FC693F"/>
    <w:rsid w:val="00FE6160"/>
    <w:rsid w:val="00FF4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BBD32D"/>
  <w14:defaultImageDpi w14:val="300"/>
  <w15:docId w15:val="{3D4B9CBA-BB16-428D-A64F-F4B0E89D0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C693F"/>
    <w:rPr>
      <w:rFonts w:ascii="Arial" w:hAnsi="Arial"/>
      <w:sz w:val="19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EA5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518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8AB3E40-D7CC-478E-90B2-53CC7882EC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1590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1851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Użytkownik systemu Windows</cp:lastModifiedBy>
  <cp:revision>2</cp:revision>
  <cp:lastPrinted>2026-09-28T10:13:00Z</cp:lastPrinted>
  <dcterms:created xsi:type="dcterms:W3CDTF">2026-09-28T10:21:00Z</dcterms:created>
  <dcterms:modified xsi:type="dcterms:W3CDTF">2026-09-28T10:21:00Z</dcterms:modified>
  <cp:category/>
</cp:coreProperties>
</file>